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心动两天 · 正片拍摄脚本大纲</w:t>
      </w:r>
    </w:p>
    <w:p>
      <w:pPr>
        <w:jc w:val="center"/>
      </w:pPr>
      <w:r>
        <w:rPr>
          <w:b w:val="0"/>
          <w:sz w:val="24"/>
        </w:rPr>
        <w:t>山东师范大学体育学院·恋爱综艺</w:t>
      </w:r>
    </w:p>
    <w:p/>
    <w:p>
      <w:r>
        <w:rPr>
          <w:b/>
          <w:color w:val="4472C4"/>
          <w:sz w:val="28"/>
        </w:rPr>
        <w:t>节目信息</w:t>
      </w:r>
    </w:p>
    <w:p>
      <w:r>
        <w:rPr>
          <w:b w:val="0"/>
          <w:sz w:val="22"/>
        </w:rPr>
        <w:t>节目名称：心动两天 节目形式：恋爱观察综艺（真人秀） 拍摄周期：两天一夜（共约36小时） 嘉宾构成：男嘉宾3人（以下简称M1/M2/M3）· 女嘉宾3人（以下简称F1/F2/F3） 节目组角色：观察员×2（仅记录评分，不干预嘉宾行为）+ 导演组（仅负责推进流程，不干预嘉宾行为） 积分规则：全程累计积分，第二天用于兑换资源（嘉宾事先完全不知情） 核心原则：全程无剧本，节目组只做三件事——宣布规则、推进流程、记录评分。</w:t>
      </w:r>
    </w:p>
    <w:p/>
    <w:p>
      <w:r>
        <w:rPr>
          <w:color w:val="CCCCCC"/>
          <w:sz w:val="16"/>
        </w:rPr>
        <w:t>━━━━━━━━━━━━━━━━━━━━━━━━━━━━━━━━━━━━━━━━━━━━━━━━━━</w:t>
      </w:r>
    </w:p>
    <w:p/>
    <w:p>
      <w:r>
        <w:rPr>
          <w:b/>
          <w:color w:val="4472C4"/>
          <w:sz w:val="28"/>
        </w:rPr>
        <w:t>完整时间线</w:t>
      </w:r>
    </w:p>
    <w:p/>
    <w:p>
      <w:r>
        <w:rPr>
          <w:b w:val="0"/>
          <w:sz w:val="22"/>
        </w:rPr>
        <w:t>DAY 环节三·约会复盘 第一名：+3分 环节三·憋笑大作战 获胜组：+2分 环节五·胡闹厨房 第一名：+3分 环节五·胡闹厨房 第二名：+1分 环节六·躲猫猫 胜利组：+1分 环节六·心有灵犀 胜利组：+1分 环节六·你说我猜 胜利组：+1分 环节八·信任之桥 胜利组：+2分 环节八·气球保卫战 胜利组：+2分 环节八·海豚训练挑战 胜利组：+2分 环节九·默契三连问 答对2题以上：+1分 理论最高积分：19分</w:t>
      </w:r>
    </w:p>
    <w:p/>
    <w:p>
      <w:r>
        <w:rPr>
          <w:color w:val="CCCCCC"/>
          <w:sz w:val="16"/>
        </w:rPr>
        <w:t>━━━━━━━━━━━━━━━━━━━━━━━━━━━━━━━━━━━━━━━━━━━━━━━━━━</w:t>
      </w:r>
    </w:p>
    <w:p/>
    <w:p>
      <w:r>
        <w:rPr>
          <w:b/>
          <w:color w:val="4472C4"/>
          <w:sz w:val="28"/>
        </w:rPr>
        <w:t>道具总清单</w:t>
      </w:r>
    </w:p>
    <w:p/>
    <w:p>
      <w:r>
        <w:rPr>
          <w:b/>
          <w:sz w:val="22"/>
        </w:rPr>
        <w:t>环节一·屏风揭秘 所需道具</w:t>
      </w:r>
    </w:p>
    <w:p>
      <w:r>
        <w:rPr>
          <w:b w:val="0"/>
          <w:sz w:val="22"/>
        </w:rPr>
        <w:t>立式屏风 × 3（高度可分段遮挡，分别遮住腿部/腰部/头部位置）</w:t>
      </w:r>
    </w:p>
    <w:p>
      <w:r>
        <w:rPr>
          <w:b w:val="0"/>
          <w:sz w:val="22"/>
        </w:rPr>
        <w:t>A4彩色打印图片若干（内容为各男嘉宾喜欢的歌曲、运动、食物，提前收集）</w:t>
      </w:r>
    </w:p>
    <w:p>
      <w:r>
        <w:rPr>
          <w:b w:val="0"/>
          <w:sz w:val="22"/>
        </w:rPr>
        <w:t>图片展示夹/贴片 × 若干（用于固定图片在屏风上）</w:t>
      </w:r>
    </w:p>
    <w:p>
      <w:r>
        <w:rPr>
          <w:b w:val="0"/>
          <w:sz w:val="22"/>
        </w:rPr>
        <w:t>大卡片 × 3张（每位女嘉宾1张，每张预留3栏分别写给三位男嘉宾）</w:t>
      </w:r>
    </w:p>
    <w:p>
      <w:r>
        <w:rPr>
          <w:b w:val="0"/>
          <w:sz w:val="22"/>
        </w:rPr>
        <w:t>笔 × 3</w:t>
      </w:r>
    </w:p>
    <w:p>
      <w:r>
        <w:rPr>
          <w:b w:val="0"/>
          <w:sz w:val="22"/>
        </w:rPr>
        <w:t>密封信封 × 3（封存初印象卡，第二天最终环节开启）</w:t>
      </w:r>
    </w:p>
    <w:p/>
    <w:p>
      <w:r>
        <w:rPr>
          <w:b/>
          <w:sz w:val="22"/>
        </w:rPr>
        <w:t>环节二·配对·命运抽签 所需道具</w:t>
      </w:r>
    </w:p>
    <w:p>
      <w:r>
        <w:rPr>
          <w:b w:val="0"/>
          <w:sz w:val="22"/>
        </w:rPr>
        <w:t>抽签箱 × 1（内含三张纸条，分别写有三位男嘉宾艺名）</w:t>
      </w:r>
    </w:p>
    <w:p>
      <w:r>
        <w:rPr>
          <w:b w:val="0"/>
          <w:sz w:val="22"/>
        </w:rPr>
        <w:t>小卡片 × 6张 + 笔 × 6（男女嘉宾各3张，写第一心动人选）</w:t>
      </w:r>
    </w:p>
    <w:p>
      <w:r>
        <w:rPr>
          <w:b w:val="0"/>
          <w:sz w:val="22"/>
        </w:rPr>
        <w:t>现金信封 × 3（每个信封内装200元现金，供男嘉宾约会使用）</w:t>
      </w:r>
    </w:p>
    <w:p>
      <w:r>
        <w:rPr>
          <w:b w:val="0"/>
          <w:sz w:val="22"/>
        </w:rPr>
        <w:t>配对展示板 × 1（公示最终分组结果）</w:t>
      </w:r>
    </w:p>
    <w:p/>
    <w:p>
      <w:r>
        <w:rPr>
          <w:b/>
          <w:sz w:val="22"/>
        </w:rPr>
        <w:t>环节三·分组约会·任务约会 所需道具</w:t>
      </w:r>
    </w:p>
    <w:p>
      <w:r>
        <w:rPr>
          <w:b w:val="0"/>
          <w:sz w:val="22"/>
        </w:rPr>
        <w:t>任务卡 × 3张（提前制作，每张对应一个约会任务，供男嘉宾抽签）</w:t>
      </w:r>
    </w:p>
    <w:p>
      <w:r>
        <w:rPr>
          <w:b w:val="0"/>
          <w:sz w:val="22"/>
        </w:rPr>
        <w:t>现金信封 × 3（每个200元，已在环节二发放）</w:t>
      </w:r>
    </w:p>
    <w:p>
      <w:r>
        <w:rPr>
          <w:b w:val="0"/>
          <w:sz w:val="22"/>
        </w:rPr>
        <w:t>计时器 × 1（节目组内部计时，监督各组返回时间）</w:t>
      </w:r>
    </w:p>
    <w:p>
      <w:r>
        <w:rPr>
          <w:b w:val="0"/>
          <w:sz w:val="22"/>
        </w:rPr>
        <w:t>评分表 × 3份（观察员使用，记录任务完成度、用心程度、互动自然度）</w:t>
      </w:r>
    </w:p>
    <w:p>
      <w:r>
        <w:rPr>
          <w:b/>
          <w:sz w:val="22"/>
        </w:rPr>
        <w:t>【憋笑大作战 · 无厘头采购】说明：此任务在环节三出发前公布，每组从约会资金中自行安排（不超过20元），无需额外道具。</w:t>
      </w:r>
    </w:p>
    <w:p>
      <w:r>
        <w:rPr>
          <w:b/>
          <w:sz w:val="22"/>
        </w:rPr>
        <w:t>环节四·约会复盘 所需道具</w:t>
      </w:r>
    </w:p>
    <w:p>
      <w:r>
        <w:rPr>
          <w:b w:val="0"/>
          <w:sz w:val="22"/>
        </w:rPr>
        <w:t>真心话转盘 × 1（8个格子，提前写好问题）</w:t>
      </w:r>
    </w:p>
    <w:p>
      <w:r>
        <w:rPr>
          <w:b w:val="0"/>
          <w:sz w:val="22"/>
        </w:rPr>
        <w:t>转盘支架 × 1</w:t>
      </w:r>
    </w:p>
    <w:p>
      <w:r>
        <w:rPr>
          <w:b w:val="0"/>
          <w:sz w:val="22"/>
        </w:rPr>
        <w:t>积分展示板 × 1（后续全程使用，可用白板或展板）</w:t>
      </w:r>
    </w:p>
    <w:p>
      <w:r>
        <w:rPr>
          <w:b w:val="0"/>
          <w:sz w:val="22"/>
        </w:rPr>
        <w:t>积分磁贴/贴纸 × 若干</w:t>
      </w:r>
    </w:p>
    <w:p/>
    <w:p>
      <w:r>
        <w:rPr>
          <w:b/>
          <w:sz w:val="22"/>
        </w:rPr>
        <w:t>环节五·胡闹厨房 所需道具</w:t>
      </w:r>
    </w:p>
    <w:p>
      <w:r>
        <w:rPr>
          <w:b w:val="0"/>
          <w:sz w:val="22"/>
        </w:rPr>
        <w:t>独立灶台 × 3（或分区厨房操作台）</w:t>
      </w:r>
    </w:p>
    <w:p>
      <w:r>
        <w:rPr>
          <w:b w:val="0"/>
          <w:sz w:val="22"/>
        </w:rPr>
        <w:t>统一食材 × 3份（鸡蛋、猪肉片、豆腐、时蔬、米饭）</w:t>
      </w:r>
    </w:p>
    <w:p>
      <w:r>
        <w:rPr>
          <w:b w:val="0"/>
          <w:sz w:val="22"/>
        </w:rPr>
        <w:t>隐藏加分食材（虾、奶酪、水果，放置于冰箱角落）</w:t>
      </w:r>
    </w:p>
    <w:p>
      <w:r>
        <w:rPr>
          <w:b w:val="0"/>
          <w:sz w:val="22"/>
        </w:rPr>
        <w:t>基础厨具 × 3套（锅、铲、菜刀、砧板、碗碟）</w:t>
      </w:r>
    </w:p>
    <w:p>
      <w:r>
        <w:rPr>
          <w:b w:val="0"/>
          <w:sz w:val="22"/>
        </w:rPr>
        <w:t>围裙 × 6</w:t>
      </w:r>
    </w:p>
    <w:p>
      <w:r>
        <w:rPr>
          <w:b w:val="0"/>
          <w:sz w:val="22"/>
        </w:rPr>
        <w:t>计时器 × 1</w:t>
      </w:r>
    </w:p>
    <w:p>
      <w:r>
        <w:rPr>
          <w:b w:val="0"/>
          <w:sz w:val="22"/>
        </w:rPr>
        <w:t>评分表格 × 若干（供观察员和另外两组男嘉宾打分）</w:t>
      </w:r>
    </w:p>
    <w:p>
      <w:r>
        <w:rPr>
          <w:b w:val="0"/>
          <w:sz w:val="22"/>
        </w:rPr>
        <w:t>打分笔 × 若干</w:t>
      </w:r>
    </w:p>
    <w:p/>
    <w:p>
      <w:r>
        <w:rPr>
          <w:b/>
          <w:sz w:val="22"/>
        </w:rPr>
        <w:t>环节六·夜间游戏 所需道具</w:t>
      </w:r>
    </w:p>
    <w:p>
      <w:r>
        <w:rPr>
          <w:b/>
          <w:sz w:val="22"/>
        </w:rPr>
        <w:t>【躲猫猫】</w:t>
      </w:r>
    </w:p>
    <w:p>
      <w:r>
        <w:rPr>
          <w:b w:val="0"/>
          <w:sz w:val="22"/>
        </w:rPr>
        <w:t>无需额外道具（需提前勘景，确认游戏范围边界，可用彩旗/标识物标出范围）</w:t>
      </w:r>
    </w:p>
    <w:p>
      <w:r>
        <w:rPr>
          <w:b w:val="0"/>
          <w:sz w:val="22"/>
        </w:rPr>
        <w:t>范围标识物 × 若干（彩旗或锥形桶）</w:t>
      </w:r>
    </w:p>
    <w:p>
      <w:r>
        <w:rPr>
          <w:b w:val="0"/>
          <w:sz w:val="22"/>
        </w:rPr>
        <w:t>计时器 × 1</w:t>
      </w:r>
    </w:p>
    <w:p>
      <w:r>
        <w:rPr>
          <w:b/>
          <w:sz w:val="22"/>
        </w:rPr>
        <w:t>【心有灵犀·背靠背】</w:t>
      </w:r>
    </w:p>
    <w:p>
      <w:r>
        <w:rPr>
          <w:b w:val="0"/>
          <w:sz w:val="22"/>
        </w:rPr>
        <w:t>题目卡片 × 1套（提前制作，5题）</w:t>
      </w:r>
    </w:p>
    <w:p>
      <w:r>
        <w:rPr>
          <w:b w:val="0"/>
          <w:sz w:val="22"/>
        </w:rPr>
        <w:t>答题小白板 × 6（或A4纸+记号笔）</w:t>
      </w:r>
    </w:p>
    <w:p>
      <w:r>
        <w:rPr>
          <w:b w:val="0"/>
          <w:sz w:val="22"/>
        </w:rPr>
        <w:t>记号笔 × 6</w:t>
      </w:r>
    </w:p>
    <w:p>
      <w:r>
        <w:rPr>
          <w:b/>
          <w:sz w:val="22"/>
        </w:rPr>
        <w:t>【你说我猜·限时接力】</w:t>
      </w:r>
    </w:p>
    <w:p>
      <w:r>
        <w:rPr>
          <w:b w:val="0"/>
          <w:sz w:val="22"/>
        </w:rPr>
        <w:t>词语题库卡片 × 1套（提前制作，分食物/动作/情感/综艺梗四类，每类10张）</w:t>
      </w:r>
    </w:p>
    <w:p>
      <w:r>
        <w:rPr>
          <w:b w:val="0"/>
          <w:sz w:val="22"/>
        </w:rPr>
        <w:t>计时器 × 1</w:t>
      </w:r>
    </w:p>
    <w:p/>
    <w:p>
      <w:r>
        <w:rPr>
          <w:b/>
          <w:sz w:val="22"/>
        </w:rPr>
        <w:t>环节八·团队闯关 所需道具</w:t>
      </w:r>
    </w:p>
    <w:p>
      <w:r>
        <w:rPr>
          <w:b/>
          <w:sz w:val="22"/>
        </w:rPr>
        <w:t>【信任之桥】</w:t>
      </w:r>
    </w:p>
    <w:p>
      <w:r>
        <w:rPr>
          <w:b w:val="0"/>
          <w:sz w:val="22"/>
        </w:rPr>
        <w:t>眼罩 × 3（供女嘉宾蒙眼）</w:t>
      </w:r>
    </w:p>
    <w:p>
      <w:r>
        <w:rPr>
          <w:b w:val="0"/>
          <w:sz w:val="22"/>
        </w:rPr>
        <w:t>障碍物 × 若干（锥形桶、小纸箱、泡沫块等，设置路线）</w:t>
      </w:r>
    </w:p>
    <w:p>
      <w:r>
        <w:rPr>
          <w:b w:val="0"/>
          <w:sz w:val="22"/>
        </w:rPr>
        <w:t>起点/终点标识线 × 2（彩色胶带贴地）</w:t>
      </w:r>
    </w:p>
    <w:p>
      <w:r>
        <w:rPr>
          <w:b w:val="0"/>
          <w:sz w:val="22"/>
        </w:rPr>
        <w:t>计时器 × 1</w:t>
      </w:r>
    </w:p>
    <w:p>
      <w:r>
        <w:rPr>
          <w:b/>
          <w:sz w:val="22"/>
        </w:rPr>
        <w:t>【气球保卫战】</w:t>
      </w:r>
    </w:p>
    <w:p>
      <w:r>
        <w:rPr>
          <w:b w:val="0"/>
          <w:sz w:val="22"/>
        </w:rPr>
        <w:t>气球 × 若干（每人2个备用，共备20个以上）</w:t>
      </w:r>
    </w:p>
    <w:p>
      <w:r>
        <w:rPr>
          <w:b w:val="0"/>
          <w:sz w:val="22"/>
        </w:rPr>
        <w:t>绑腿绳/松紧带 × 6（用于将气球固定在脚踝）</w:t>
      </w:r>
    </w:p>
    <w:p>
      <w:r>
        <w:rPr>
          <w:b w:val="0"/>
          <w:sz w:val="22"/>
        </w:rPr>
        <w:t>打气筒 × 1</w:t>
      </w:r>
    </w:p>
    <w:p>
      <w:r>
        <w:rPr>
          <w:b w:val="0"/>
          <w:sz w:val="22"/>
        </w:rPr>
        <w:t>游戏区域标识线 × 1套（彩色胶带划定范围）</w:t>
      </w:r>
    </w:p>
    <w:p>
      <w:r>
        <w:rPr>
          <w:b/>
          <w:sz w:val="22"/>
        </w:rPr>
        <w:t>【海豚训练挑战】</w:t>
      </w:r>
    </w:p>
    <w:p>
      <w:r>
        <w:rPr>
          <w:b w:val="0"/>
          <w:sz w:val="22"/>
        </w:rPr>
        <w:t>无需额外道具，纯身体互动</w:t>
      </w:r>
    </w:p>
    <w:p/>
    <w:p>
      <w:r>
        <w:rPr>
          <w:b/>
          <w:sz w:val="22"/>
        </w:rPr>
        <w:t>环节九·自由时光 所需道具</w:t>
      </w:r>
    </w:p>
    <w:p>
      <w:r>
        <w:rPr>
          <w:b w:val="0"/>
          <w:sz w:val="22"/>
        </w:rPr>
        <w:t>拍立得相机 × 1（节目组提供，供三组轮流使用）</w:t>
      </w:r>
    </w:p>
    <w:p>
      <w:r>
        <w:rPr>
          <w:b w:val="0"/>
          <w:sz w:val="22"/>
        </w:rPr>
        <w:t>拍立得相纸 × 2盒（每组至少3张照片）</w:t>
      </w:r>
    </w:p>
    <w:p>
      <w:r>
        <w:rPr>
          <w:b w:val="0"/>
          <w:sz w:val="22"/>
        </w:rPr>
        <w:t>信纸 × 6张（每人1张）</w:t>
      </w:r>
    </w:p>
    <w:p>
      <w:r>
        <w:rPr>
          <w:b w:val="0"/>
          <w:sz w:val="22"/>
        </w:rPr>
        <w:t>信封 × 6个（每人1个，封存时光胶囊信）</w:t>
      </w:r>
    </w:p>
    <w:p>
      <w:r>
        <w:rPr>
          <w:b w:val="0"/>
          <w:sz w:val="22"/>
        </w:rPr>
        <w:t>笔 × 6</w:t>
      </w:r>
    </w:p>
    <w:p>
      <w:r>
        <w:rPr>
          <w:b w:val="0"/>
          <w:sz w:val="22"/>
        </w:rPr>
        <w:t>默契三连问题库卡片 × 1套（提前制作，10道备选题目）</w:t>
      </w:r>
    </w:p>
    <w:p>
      <w:r>
        <w:rPr>
          <w:b w:val="0"/>
          <w:sz w:val="22"/>
        </w:rPr>
        <w:t>答题小白板 × 6（或A4纸）</w:t>
      </w:r>
    </w:p>
    <w:p>
      <w:r>
        <w:rPr>
          <w:b w:val="0"/>
          <w:sz w:val="22"/>
        </w:rPr>
        <w:t>记号笔 × 6</w:t>
      </w:r>
    </w:p>
    <w:p/>
    <w:p/>
    <w:p>
      <w:r>
        <w:rPr>
          <w:b/>
          <w:sz w:val="22"/>
        </w:rPr>
        <w:t>环节十·最后的晚餐 所需道具</w:t>
      </w:r>
    </w:p>
    <w:p>
      <w:r>
        <w:rPr>
          <w:b/>
          <w:sz w:val="22"/>
        </w:rPr>
        <w:t>【高分组·烛光晚餐】</w:t>
      </w:r>
    </w:p>
    <w:p>
      <w:r>
        <w:rPr>
          <w:b w:val="0"/>
          <w:sz w:val="22"/>
        </w:rPr>
        <w:t>蜡烛 × 若干</w:t>
      </w:r>
    </w:p>
    <w:p>
      <w:r>
        <w:rPr>
          <w:b w:val="0"/>
          <w:sz w:val="22"/>
        </w:rPr>
        <w:t>烛台 × 2–3</w:t>
      </w:r>
    </w:p>
    <w:p>
      <w:r>
        <w:rPr>
          <w:b w:val="0"/>
          <w:sz w:val="22"/>
        </w:rPr>
        <w:t>鲜花 × 1束</w:t>
      </w:r>
    </w:p>
    <w:p>
      <w:r>
        <w:rPr>
          <w:b w:val="0"/>
          <w:sz w:val="22"/>
        </w:rPr>
        <w:t>精致餐具套装 × 1套（碗碟、刀叉或筷子）</w:t>
      </w:r>
    </w:p>
    <w:p>
      <w:r>
        <w:rPr>
          <w:b w:val="0"/>
          <w:sz w:val="22"/>
        </w:rPr>
        <w:t>桌布 × 1（深色或白色）</w:t>
      </w:r>
    </w:p>
    <w:p>
      <w:r>
        <w:rPr>
          <w:b w:val="0"/>
          <w:sz w:val="22"/>
        </w:rPr>
        <w:t>小装饰物 × 若干（可用玫瑰花瓣、小彩灯）</w:t>
      </w:r>
    </w:p>
    <w:p>
      <w:r>
        <w:rPr>
          <w:b/>
          <w:sz w:val="22"/>
        </w:rPr>
        <w:t>【中分组·普通晚餐】</w:t>
      </w:r>
    </w:p>
    <w:p>
      <w:r>
        <w:rPr>
          <w:b w:val="0"/>
          <w:sz w:val="22"/>
        </w:rPr>
        <w:t>普通餐具 × 1套</w:t>
      </w:r>
    </w:p>
    <w:p>
      <w:r>
        <w:rPr>
          <w:b w:val="0"/>
          <w:sz w:val="22"/>
        </w:rPr>
        <w:t>小零食礼包 × 1</w:t>
      </w:r>
    </w:p>
    <w:p>
      <w:r>
        <w:rPr>
          <w:b/>
          <w:sz w:val="22"/>
        </w:rPr>
        <w:t>【低分组·泡面晚餐】</w:t>
      </w:r>
    </w:p>
    <w:p>
      <w:r>
        <w:rPr>
          <w:b w:val="0"/>
          <w:sz w:val="22"/>
        </w:rPr>
        <w:t>桶装泡面 × 2</w:t>
      </w:r>
    </w:p>
    <w:p>
      <w:r>
        <w:rPr>
          <w:b w:val="0"/>
          <w:sz w:val="22"/>
        </w:rPr>
        <w:t>白开水/热水壶 × 1</w:t>
      </w:r>
    </w:p>
    <w:p>
      <w:r>
        <w:rPr>
          <w:b w:val="0"/>
          <w:sz w:val="22"/>
        </w:rPr>
        <w:t>普通纸碗筷 × 2套</w:t>
      </w:r>
    </w:p>
    <w:p/>
    <w:p>
      <w:r>
        <w:rPr>
          <w:color w:val="CCCCCC"/>
          <w:sz w:val="16"/>
        </w:rPr>
        <w:t>━━━━━━━━━━━━━━━━━━━━━━━━━━━━━━━━━━━━━━━━━━━━━━━━━━</w:t>
      </w:r>
    </w:p>
    <w:p/>
    <w:p>
      <w:r>
        <w:rPr>
          <w:b/>
          <w:color w:val="4472C4"/>
          <w:sz w:val="28"/>
        </w:rPr>
        <w:t>积分汇总总表</w:t>
      </w:r>
    </w:p>
    <w:p/>
    <w:p>
      <w:r>
        <w:rPr>
          <w:b w:val="0"/>
          <w:sz w:val="22"/>
        </w:rPr>
        <w:t>环节三·约会复盘 第一名：+3分 环节五·胡闹厨房 第一名：+3分 环节五·胡闹厨房 第二名：+1分 环节六·躲猫猫 胜利组：+1分 环节六·心有灵犀 胜利组：+1分 环节六·你说我猜 胜利组：+1分 环节八·信任之桥 胜利组：+2分 环节八·气球保卫战 胜利组：+2分 环节八·海豚训练挑战 胜利组：+2分 环节九·默契三连问 答对2题以上：+1分 理论最高积分：17分</w:t>
      </w:r>
    </w:p>
    <w:p/>
    <w:p>
      <w:r>
        <w:rPr>
          <w:color w:val="CCCCCC"/>
          <w:sz w:val="16"/>
        </w:rPr>
        <w:t>━━━━━━━━━━━━━━━━━━━━━━━━━━━━━━━━━━━━━━━━━━━━━━━━━━</w:t>
      </w:r>
    </w:p>
    <w:p/>
    <w:p>
      <w:r>
        <w:rPr>
          <w:b/>
          <w:color w:val="4472C4"/>
          <w:sz w:val="28"/>
        </w:rPr>
        <w:t>导演组执行原则</w:t>
      </w:r>
    </w:p>
    <w:p/>
    <w:p>
      <w:r>
        <w:rPr>
          <w:b w:val="0"/>
          <w:sz w:val="22"/>
        </w:rPr>
        <w:t>导演组执行原则</w:t>
      </w:r>
    </w:p>
    <w:p>
      <w:r>
        <w:rPr>
          <w:b w:val="0"/>
          <w:sz w:val="22"/>
        </w:rPr>
        <w:t>DAY 1 10:00 环节一·屏风揭秘·初见 DAY 1 11:00 环节二·配对·命运抽签（匿名写卡+抽签配对） DAY 1 11:30 环节三·分组约会·任务约会（3小时）+ 无厘头采购任务 DAY 1 14:30 环节四·憋笑大作战 + 约会复盘·心动公布 DAY 1 15:30 自由休息·备战胡闹厨房 DAY 1 16:00 环节五·胡闹厨房 DAY 1 18:00 用餐·享用胡闹厨房成果 DAY 1 19:30 自由活动 DAY 1 21:00 环节六·夜间游戏三连（躲猫猫+心有灵犀+你说我猜） DAY 1 23:00 积分公布·悬念预告 DAY 1 23:30 环节七·合宿夜话（含第一心动人选揭晓） DAY 2 07:30 自然起床·自由早餐 DAY 2 08:30 规则揭晓 DAY 2 09:00 环节八·团队闯关（信任之桥+气球保卫战+海豚训练挑战） DAY 2 11:00 最终积分结算+礼品兑换 DAY 2 11:30 自由午餐 DAY 2 13:00 环节九·自由时光+互动小游戏（拍立得打卡+默契三连问+时光胶囊） DAY 2 15:30 环节十·最后的晚餐·晚餐分配 DAY 2 17:00 晚餐时间 DAY 2 19:00 最终环节·心动告白·初见信封 DAY 2 20:00 拍摄结束·送别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