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恋综海选宣发 · 男嘉宾拍摄方案（山东师范大学体育学院）</w:t>
      </w:r>
    </w:p>
    <w:p/>
    <w:p>
      <w:r>
        <w:rPr>
          <w:b w:val="0"/>
          <w:color w:val="4472C4"/>
          <w:sz w:val="26"/>
        </w:rPr>
        <w:t>「家豪」——体院最会装的男人</w:t>
      </w:r>
    </w:p>
    <w:p/>
    <w:p>
      <w:r>
        <w:rPr>
          <w:color w:val="CCCCCC"/>
        </w:rPr>
        <w:t>━━━━━━━━━━━━━━━━━━━━━━━━━━━━━━━━━━━━━━━━</w:t>
      </w:r>
    </w:p>
    <w:p/>
    <w:p>
      <w:r>
        <w:rPr>
          <w:b/>
          <w:sz w:val="28"/>
        </w:rPr>
        <w:t>一、本期人设</w:t>
      </w:r>
    </w:p>
    <w:p>
      <w:r>
        <w:rPr>
          <w:color w:val="CCCCCC"/>
        </w:rPr>
        <w:t>━━━━━━━━━━━━━━━━━━━━━━━━━━━━━━━━━━━━━━━━</w:t>
      </w:r>
    </w:p>
    <w:p/>
    <w:p>
      <w:r>
        <w:rPr>
          <w:b w:val="0"/>
          <w:sz w:val="22"/>
        </w:rPr>
        <w:t>家豪，山东师大体育学院在读。</w:t>
      </w:r>
    </w:p>
    <w:p>
      <w:r>
        <w:rPr>
          <w:b w:val="0"/>
          <w:sz w:val="22"/>
        </w:rPr>
        <w:t>他觉得自己是体院彭于晏，实际是体院……家豪。</w:t>
      </w:r>
    </w:p>
    <w:p>
      <w:r>
        <w:rPr>
          <w:b w:val="0"/>
          <w:sz w:val="22"/>
        </w:rPr>
        <w:t>走路带风，撩头发是固定动作，"帅不帅"是口头禅。</w:t>
      </w:r>
    </w:p>
    <w:p>
      <w:r>
        <w:rPr>
          <w:b w:val="0"/>
          <w:sz w:val="22"/>
        </w:rPr>
        <w:t>不是坏，就是觉得自己太帅了。</w:t>
      </w:r>
    </w:p>
    <w:p/>
    <w:p/>
    <w:p>
      <w:r>
        <w:rPr>
          <w:b/>
          <w:sz w:val="28"/>
        </w:rPr>
        <w:t>二、小游戏组合（3个，均有路人互动）</w:t>
      </w:r>
    </w:p>
    <w:p>
      <w:r>
        <w:rPr>
          <w:color w:val="CCCCCC"/>
        </w:rPr>
        <w:t>━━━━━━━━━━━━━━━━━━━━━━━━━━━━━━━━━━━━━━━━</w:t>
      </w:r>
    </w:p>
    <w:p/>
    <w:p>
      <w:r>
        <w:rPr>
          <w:b/>
          <w:sz w:val="24"/>
        </w:rPr>
        <w:t>【游戏1】篮球女友 —— 把篮球当女朋友演</w:t>
      </w:r>
    </w:p>
    <w:p/>
    <w:p>
      <w:r>
        <w:rPr>
          <w:b w:val="0"/>
          <w:sz w:val="22"/>
        </w:rPr>
        <w:t>主持人给家豪一个篮球。脚本卡依次给出恋爱场景，他把篮球想象成女朋友即兴表演。</w:t>
      </w:r>
    </w:p>
    <w:p/>
    <w:p>
      <w:r>
        <w:rPr>
          <w:b/>
          <w:sz w:val="22"/>
        </w:rPr>
        <w:t>脚本卡1：女朋友生气了，怎么哄？</w:t>
      </w:r>
    </w:p>
    <w:p>
      <w:r>
        <w:rPr>
          <w:b w:val="0"/>
          <w:sz w:val="22"/>
        </w:rPr>
        <w:t xml:space="preserve">  → 表演方向：轻声哄、拍一拍、说“别生气了嘛”、假装带她去喝奶茶</w:t>
      </w:r>
    </w:p>
    <w:p>
      <w:r>
        <w:rPr>
          <w:b w:val="0"/>
          <w:sz w:val="22"/>
        </w:rPr>
        <w:t xml:space="preserve">  → 演完自己点评：“我这招，没有女生顶得住。”</w:t>
      </w:r>
    </w:p>
    <w:p/>
    <w:p>
      <w:r>
        <w:rPr>
          <w:b/>
          <w:sz w:val="22"/>
        </w:rPr>
        <w:t>脚本卡2：热恋期怎么腻歪？</w:t>
      </w:r>
    </w:p>
    <w:p>
      <w:r>
        <w:rPr>
          <w:b w:val="0"/>
          <w:sz w:val="22"/>
        </w:rPr>
        <w:t xml:space="preserve">  → 表演方向：抱怀里转圈、说悄悄话、用下巴蹭篮球、投篮前问“你信不信我？”</w:t>
      </w:r>
    </w:p>
    <w:p>
      <w:r>
        <w:rPr>
          <w:b w:val="0"/>
          <w:sz w:val="22"/>
        </w:rPr>
        <w:t xml:space="preserve">  → 演完补一刀：“这就是顶级男友的日常。”</w:t>
      </w:r>
    </w:p>
    <w:p/>
    <w:p>
      <w:r>
        <w:rPr>
          <w:b/>
          <w:sz w:val="22"/>
        </w:rPr>
        <w:t>脚本卡3（可选）：第一次约会怎么表现？</w:t>
      </w:r>
    </w:p>
    <w:p>
      <w:r>
        <w:rPr>
          <w:b w:val="0"/>
          <w:sz w:val="22"/>
        </w:rPr>
        <w:t xml:space="preserve">  → 表演方向：假装给“女朋友”开门、拉椅子、紧张到手不知道放哪</w:t>
      </w:r>
    </w:p>
    <w:p/>
    <w:p>
      <w:r>
        <w:rPr>
          <w:b w:val="0"/>
          <w:sz w:val="22"/>
        </w:rPr>
        <w:t>每演完一个场景找路人：“你觉得我这招管用不？1-10分？”</w:t>
      </w:r>
    </w:p>
    <w:p/>
    <w:p>
      <w:r>
        <w:rPr>
          <w:b/>
          <w:sz w:val="22"/>
        </w:rPr>
        <w:t>看点：一本正经跟篮球谈恋爱，他自己完全不觉得好笑；路人的表情管理全程炸裂</w:t>
      </w:r>
    </w:p>
    <w:p/>
    <w:p>
      <w:r>
        <w:rPr>
          <w:b/>
          <w:sz w:val="24"/>
        </w:rPr>
        <w:t>【游戏2】海豚训练挑战 —— 只能问YES/NO，1分钟内猜出要做什么</w:t>
      </w:r>
    </w:p>
    <w:p/>
    <w:p>
      <w:r>
        <w:rPr>
          <w:b w:val="0"/>
          <w:sz w:val="22"/>
        </w:rPr>
        <w:t>规则：主持人心中想好一个动作。家豪可以自由尝试任何动作，主持人只能说“对”或“不对”。</w:t>
      </w:r>
    </w:p>
    <w:p>
      <w:r>
        <w:rPr>
          <w:b w:val="0"/>
          <w:sz w:val="22"/>
        </w:rPr>
        <w:t>家豪要在1分钟内猜出并完成该动作——完成即胜利，超时则接受小惩罚。</w:t>
      </w:r>
    </w:p>
    <w:p/>
    <w:p>
      <w:r>
        <w:rPr>
          <w:b/>
          <w:sz w:val="22"/>
        </w:rPr>
        <w:t>连续挑战3轮，每轮换一个动作。</w:t>
      </w:r>
    </w:p>
    <w:p/>
    <w:p>
      <w:r>
        <w:rPr>
          <w:b/>
          <w:sz w:val="22"/>
        </w:rPr>
        <w:t>动作池（主持人在心中选，不告诉他）：</w:t>
      </w:r>
    </w:p>
    <w:p>
      <w:r>
        <w:rPr>
          <w:b w:val="0"/>
          <w:sz w:val="22"/>
        </w:rPr>
        <w:t>① 亲吻篮球 → 他可能会先试各种耍帅动作，怎么也猜不到要亲上去</w:t>
      </w:r>
    </w:p>
    <w:p>
      <w:r>
        <w:rPr>
          <w:b w:val="0"/>
          <w:sz w:val="22"/>
        </w:rPr>
        <w:t>② 用屁股顶一下篮球 → 他试了投篮、运球、举高，就是想不到要撅屁股</w:t>
      </w:r>
    </w:p>
    <w:p>
      <w:r>
        <w:rPr>
          <w:b w:val="0"/>
          <w:sz w:val="22"/>
        </w:rPr>
        <w:t>③ 把篮球举过头顶转三圈 → 他可能在试各种花式运球</w:t>
      </w:r>
    </w:p>
    <w:p>
      <w:r>
        <w:rPr>
          <w:b w:val="0"/>
          <w:sz w:val="22"/>
        </w:rPr>
        <w:t>④ 对篮球鞠一个躬 → 越认真越好笑</w:t>
      </w:r>
    </w:p>
    <w:p>
      <w:r>
        <w:rPr>
          <w:b w:val="0"/>
          <w:sz w:val="22"/>
        </w:rPr>
        <w:t>⑤ 跟最近的一个路人击掌 → 猜着猜着突然跑去找路人</w:t>
      </w:r>
    </w:p>
    <w:p>
      <w:r>
        <w:rPr>
          <w:b w:val="0"/>
          <w:sz w:val="22"/>
        </w:rPr>
        <w:t>⑥ 坐在地上把篮球放在头顶保持3秒 → 完全想不到这种姿势</w:t>
      </w:r>
    </w:p>
    <w:p/>
    <w:p>
      <w:r>
        <w:rPr>
          <w:b/>
          <w:sz w:val="22"/>
        </w:rPr>
        <w:t>家豪的试错过程（示例）：</w:t>
      </w:r>
    </w:p>
    <w:p>
      <w:r>
        <w:rPr>
          <w:b w:val="0"/>
          <w:sz w:val="22"/>
        </w:rPr>
        <w:t xml:space="preserve">  → 先试耍帅动作：花式运球？不对。投篮？不对。</w:t>
      </w:r>
    </w:p>
    <w:p>
      <w:r>
        <w:rPr>
          <w:b w:val="0"/>
          <w:sz w:val="22"/>
        </w:rPr>
        <w:t xml:space="preserve">  → 开始慌了：举起来？不对。转球？不对。</w:t>
      </w:r>
    </w:p>
    <w:p>
      <w:r>
        <w:rPr>
          <w:b w:val="0"/>
          <w:sz w:val="22"/>
        </w:rPr>
        <w:t xml:space="preserve">  → 乱试：趴下？不对。跳舞？不对。</w:t>
      </w:r>
    </w:p>
    <w:p>
      <w:r>
        <w:rPr>
          <w:b w:val="0"/>
          <w:sz w:val="22"/>
        </w:rPr>
        <w:t xml:space="preserve">  → （时间快到了）亲了一口篮球 → 对！！！！</w:t>
      </w:r>
    </w:p>
    <w:p>
      <w:r>
        <w:rPr>
          <w:b w:val="0"/>
          <w:sz w:val="22"/>
        </w:rPr>
        <w:t xml:space="preserve">  → “我真服了，谁想出来的啊！”</w:t>
      </w:r>
    </w:p>
    <w:p/>
    <w:p>
      <w:r>
        <w:rPr>
          <w:b/>
          <w:sz w:val="22"/>
        </w:rPr>
        <w:t>惩罚包（超时后随机抽取一个）：</w:t>
      </w:r>
    </w:p>
    <w:p>
      <w:r>
        <w:rPr>
          <w:b w:val="0"/>
          <w:sz w:val="22"/>
        </w:rPr>
        <w:t xml:space="preserve">  ① 当场做10个俯卧撑，边做边喊“我最帅”</w:t>
      </w:r>
    </w:p>
    <w:p>
      <w:r>
        <w:rPr>
          <w:b w:val="0"/>
          <w:sz w:val="22"/>
        </w:rPr>
        <w:t xml:space="preserve">  ② 找下一个路人，一本正经地说“同学你很帅/很美”然后走掉</w:t>
      </w:r>
    </w:p>
    <w:p>
      <w:r>
        <w:rPr>
          <w:b w:val="0"/>
          <w:sz w:val="22"/>
        </w:rPr>
        <w:t xml:space="preserve">  ③ 学一种动物叫，让路人猜是什么动物</w:t>
      </w:r>
    </w:p>
    <w:p>
      <w:r>
        <w:rPr>
          <w:b w:val="0"/>
          <w:sz w:val="22"/>
        </w:rPr>
        <w:t xml:space="preserve">  ④ 原地转5圈然后走直线，走歪了重新来</w:t>
      </w:r>
    </w:p>
    <w:p/>
    <w:p>
      <w:r>
        <w:rPr>
          <w:b/>
          <w:sz w:val="22"/>
        </w:rPr>
        <w:t>看点：</w:t>
      </w:r>
    </w:p>
    <w:p>
      <w:r>
        <w:rPr>
          <w:b w:val="0"/>
          <w:sz w:val="22"/>
        </w:rPr>
        <w:t xml:space="preserve">  家豪一开始永远往“帅”的方向猜——越帅的动作越不对</w:t>
      </w:r>
    </w:p>
    <w:p>
      <w:r>
        <w:rPr>
          <w:b w:val="0"/>
          <w:sz w:val="22"/>
        </w:rPr>
        <w:t xml:space="preserve">  时间越紧他的动作越离谱，最后为了赢什么都干得出来</w:t>
      </w:r>
    </w:p>
    <w:p/>
    <w:p>
      <w:r>
        <w:rPr>
          <w:b/>
          <w:sz w:val="24"/>
        </w:rPr>
        <w:t>【游戏3】放水战 —— 操场找人PK，家豪先让一手</w:t>
      </w:r>
    </w:p>
    <w:p/>
    <w:p>
      <w:r>
        <w:rPr>
          <w:b w:val="0"/>
          <w:sz w:val="22"/>
        </w:rPr>
        <w:t>家豪在操场/篮球场找路人PK简单运动项目，但必须先放狠话。</w:t>
      </w:r>
    </w:p>
    <w:p/>
    <w:p>
      <w:r>
        <w:rPr>
          <w:b/>
          <w:sz w:val="22"/>
        </w:rPr>
        <w:t>PK项目池（选2-3个）：</w:t>
      </w:r>
    </w:p>
    <w:p>
      <w:r>
        <w:rPr>
          <w:b w:val="0"/>
          <w:sz w:val="22"/>
        </w:rPr>
        <w:t>① 罚球PK → “我让你一个球，你先投。” → 赢了“这就是实力。” / 输了“让你让多了。”</w:t>
      </w:r>
    </w:p>
    <w:p>
      <w:r>
        <w:rPr>
          <w:b w:val="0"/>
          <w:sz w:val="22"/>
        </w:rPr>
        <w:t>② 掰手腕 → “我用左手跟你比。” → 输了“今天没吃饭。”</w:t>
      </w:r>
    </w:p>
    <w:p>
      <w:r>
        <w:rPr>
          <w:b w:val="0"/>
          <w:sz w:val="22"/>
        </w:rPr>
        <w:t>③ 单脚站立比平衡 → “我闭着眼跟你比。” → 输了“风太大了。”</w:t>
      </w:r>
    </w:p>
    <w:p>
      <w:r>
        <w:rPr>
          <w:b w:val="0"/>
          <w:sz w:val="22"/>
        </w:rPr>
        <w:t>④ 颠足球/排球 → “我让你先颠十个。”</w:t>
      </w:r>
    </w:p>
    <w:p/>
    <w:p>
      <w:r>
        <w:rPr>
          <w:b w:val="0"/>
          <w:sz w:val="22"/>
        </w:rPr>
        <w:t>PK完统一收尾：“今天状态一般，改天再来。”</w:t>
      </w:r>
    </w:p>
    <w:p/>
    <w:p>
      <w:r>
        <w:rPr>
          <w:b/>
          <w:sz w:val="22"/>
        </w:rPr>
        <w:t>看点：放狠话有多嚣张，输了找借口的嘴就有多硬；赢了得意输了嘴硬</w:t>
      </w:r>
    </w:p>
    <w:p/>
    <w:p/>
    <w:p>
      <w:r>
        <w:rPr>
          <w:b/>
          <w:sz w:val="28"/>
        </w:rPr>
        <w:t>三、推荐拍摄方案</w:t>
      </w:r>
    </w:p>
    <w:p>
      <w:r>
        <w:rPr>
          <w:color w:val="CCCCCC"/>
        </w:rPr>
        <w:t>━━━━━━━━━━━━━━━━━━━━━━━━━━━━━━━━━━━━━━━━</w:t>
      </w:r>
    </w:p>
    <w:p/>
    <w:p>
      <w:r>
        <w:rPr>
          <w:b w:val="0"/>
          <w:sz w:val="22"/>
        </w:rPr>
        <w:t>场景：校园主干道/食堂广场（游戏1+2）+ 操场/篮球场（游戏3）</w:t>
      </w:r>
    </w:p>
    <w:p>
      <w:r>
        <w:rPr>
          <w:b w:val="0"/>
          <w:sz w:val="22"/>
        </w:rPr>
        <w:t>道具：一个篮球（游戏1+2共用）、手机秒表计时（游戏2）</w:t>
      </w:r>
    </w:p>
    <w:p>
      <w:r>
        <w:rPr>
          <w:b w:val="0"/>
          <w:sz w:val="22"/>
        </w:rPr>
        <w:t>总时长：35-45分钟</w:t>
      </w:r>
    </w:p>
    <w:p>
      <w:r>
        <w:rPr>
          <w:b w:val="0"/>
          <w:sz w:val="22"/>
        </w:rPr>
        <w:t>成片：80-100秒</w:t>
      </w:r>
    </w:p>
    <w:p/>
    <w:p>
      <w:r>
        <w:rPr>
          <w:b/>
          <w:sz w:val="22"/>
        </w:rPr>
        <w:t>【流程】</w:t>
      </w:r>
    </w:p>
    <w:p>
      <w:r>
        <w:rPr>
          <w:b w:val="0"/>
          <w:sz w:val="22"/>
        </w:rPr>
        <w:t>1. 开场（3分钟）—— 家豪闪亮登场</w:t>
      </w:r>
    </w:p>
    <w:p>
      <w:r>
        <w:rPr>
          <w:b w:val="0"/>
          <w:sz w:val="22"/>
        </w:rPr>
        <w:t>2. 游戏1：篮球女友（12分钟）—— 2-3个恋爱场景+路人评分</w:t>
      </w:r>
    </w:p>
    <w:p>
      <w:r>
        <w:rPr>
          <w:b w:val="0"/>
          <w:sz w:val="22"/>
        </w:rPr>
        <w:t>3. 游戏2：海豚训练挑战（10分钟）—— 3轮YES/NO猜动作+惩罚</w:t>
      </w:r>
    </w:p>
    <w:p>
      <w:r>
        <w:rPr>
          <w:b w:val="0"/>
          <w:sz w:val="22"/>
        </w:rPr>
        <w:t>4. 游戏3：放水战（10分钟）—— 操场路人PK+赛后嘴硬</w:t>
      </w:r>
    </w:p>
    <w:p>
      <w:r>
        <w:rPr>
          <w:b w:val="0"/>
          <w:sz w:val="22"/>
        </w:rPr>
        <w:t>5. 经典台词收官（5分钟）—— 家豪式深情告白</w:t>
      </w:r>
    </w:p>
    <w:p/>
    <w:p>
      <w:r>
        <w:rPr>
          <w:color w:val="CCCCCC"/>
        </w:rPr>
        <w:t>━━━━━━━━━━━━━━━━━━━━━━━━━━━━━━━━━━━━━━━━</w:t>
      </w:r>
    </w:p>
    <w:p/>
    <w:p>
      <w:r>
        <w:rPr>
          <w:b/>
          <w:sz w:val="22"/>
        </w:rPr>
        <w:t>【关键话术】</w:t>
      </w:r>
    </w:p>
    <w:p>
      <w:r>
        <w:rPr>
          <w:b w:val="0"/>
          <w:sz w:val="22"/>
        </w:rPr>
        <w:t>海豚挑战中：</w:t>
      </w:r>
    </w:p>
    <w:p>
      <w:r>
        <w:rPr>
          <w:b w:val="0"/>
          <w:sz w:val="22"/>
        </w:rPr>
        <w:t xml:space="preserve">  “运球？不对？那我投个篮？也不对？”</w:t>
      </w:r>
    </w:p>
    <w:p>
      <w:r>
        <w:rPr>
          <w:b w:val="0"/>
          <w:sz w:val="22"/>
        </w:rPr>
        <w:t xml:space="preserve">  “（时间快到了）不管了——（亲了一口篮球）这总行了吧！！”</w:t>
      </w:r>
    </w:p>
    <w:p>
      <w:r>
        <w:rPr>
          <w:b w:val="0"/>
          <w:sz w:val="22"/>
        </w:rPr>
        <w:t xml:space="preserve">  “我真服了，谁设计的这个游戏啊！”</w:t>
      </w:r>
    </w:p>
    <w:p>
      <w:r>
        <w:rPr>
          <w:b w:val="0"/>
          <w:sz w:val="22"/>
        </w:rPr>
        <w:t>受惩罚时：</w:t>
      </w:r>
    </w:p>
    <w:p>
      <w:r>
        <w:rPr>
          <w:b w:val="0"/>
          <w:sz w:val="22"/>
        </w:rPr>
        <w:t xml:space="preserve">  “（边做俯卧撑边喊我最帅）我这是……愿赌服输！”</w:t>
      </w:r>
    </w:p>
    <w:p/>
    <w:p>
      <w:r>
        <w:rPr>
          <w:b w:val="0"/>
          <w:sz w:val="22"/>
        </w:rPr>
        <w:t>篮球女友环节：</w:t>
      </w:r>
    </w:p>
    <w:p>
      <w:r>
        <w:rPr>
          <w:b w:val="0"/>
          <w:sz w:val="22"/>
        </w:rPr>
        <w:t xml:space="preserve">  “我这哄人技巧是祖传的，没有女生顶得住。”</w:t>
      </w:r>
    </w:p>
    <w:p>
      <w:r>
        <w:rPr>
          <w:b w:val="0"/>
          <w:sz w:val="22"/>
        </w:rPr>
        <w:t>放水战输了后：</w:t>
      </w:r>
    </w:p>
    <w:p>
      <w:r>
        <w:rPr>
          <w:b w:val="0"/>
          <w:sz w:val="22"/>
        </w:rPr>
        <w:t xml:space="preserve">  “今天确实不在状态，最近训练量大。”</w:t>
      </w:r>
    </w:p>
    <w:p/>
    <w:p/>
    <w:p>
      <w:r>
        <w:rPr>
          <w:b/>
          <w:sz w:val="22"/>
        </w:rPr>
        <w:t>【必拍镜头】</w:t>
      </w:r>
    </w:p>
    <w:p>
      <w:r>
        <w:rPr>
          <w:b w:val="0"/>
          <w:sz w:val="22"/>
        </w:rPr>
        <w:t>- 海豚挑战中他试了一个又一个离谱动作的过程</w:t>
      </w:r>
    </w:p>
    <w:p>
      <w:r>
        <w:rPr>
          <w:b w:val="0"/>
          <w:sz w:val="22"/>
        </w:rPr>
        <w:t>- 最后找到正确答案时的崩溃式惊喜</w:t>
      </w:r>
    </w:p>
    <w:p>
      <w:r>
        <w:rPr>
          <w:b w:val="0"/>
          <w:sz w:val="22"/>
        </w:rPr>
        <w:t>- 受惩罚时的勉为其难但还是要做完</w:t>
      </w:r>
    </w:p>
    <w:p>
      <w:r>
        <w:rPr>
          <w:b w:val="0"/>
          <w:sz w:val="22"/>
        </w:rPr>
        <w:t>- 抱着篮球轻声哄时的认真表情</w:t>
      </w:r>
    </w:p>
    <w:p>
      <w:r>
        <w:rPr>
          <w:b w:val="0"/>
          <w:sz w:val="22"/>
        </w:rPr>
        <w:t>- PK前放狠话 vs 输了找借口的无缝切换</w:t>
      </w:r>
    </w:p>
    <w:p>
      <w:r>
        <w:rPr>
          <w:b w:val="0"/>
          <w:sz w:val="22"/>
        </w:rPr>
        <w:t>- 方言台词念到一半被自己帅到笑场</w:t>
      </w:r>
    </w:p>
    <w:p>
      <w:r>
        <w:rPr>
          <w:b w:val="0"/>
          <w:sz w:val="22"/>
        </w:rPr>
        <w:t>- 收工后插兜走开，走两步回头补个wink</w:t>
      </w:r>
    </w:p>
    <w:p/>
    <w:p/>
    <w:p>
      <w:r>
        <w:rPr>
          <w:b/>
          <w:sz w:val="22"/>
        </w:rPr>
        <w:t>【经典台词】大话西游至尊宝告白 · 家豪式深情版</w:t>
      </w:r>
    </w:p>
    <w:p/>
    <w:p>
      <w:r>
        <w:rPr>
          <w:b/>
          <w:sz w:val="22"/>
        </w:rPr>
        <w:t>原词（普通话参考）</w:t>
      </w:r>
    </w:p>
    <w:p>
      <w:r>
        <w:rPr>
          <w:b w:val="0"/>
          <w:sz w:val="22"/>
        </w:rPr>
        <w:t>曾经有一份真诚的爱情放在我面前……如果上天能够给我一个再来一次的机会，我会对那个女孩子说三个字：我爱你。如果非要加上一个期限，我希望是……一万年。</w:t>
      </w:r>
    </w:p>
    <w:p/>
    <w:p>
      <w:r>
        <w:rPr>
          <w:b/>
          <w:sz w:val="22"/>
        </w:rPr>
        <w:t>家豪正经版：</w:t>
      </w:r>
    </w:p>
    <w:p>
      <w:r>
        <w:rPr>
          <w:b w:val="0"/>
          <w:sz w:val="22"/>
        </w:rPr>
        <w:t>“曾经有一份杠真诚的感情摆在俺眼么前……（深呼吸）不行，这句话含金量太高了，我得缓一下。”</w:t>
      </w:r>
    </w:p>
    <w:p>
      <w:r>
        <w:rPr>
          <w:b w:val="0"/>
          <w:sz w:val="22"/>
        </w:rPr>
        <w:t>（调整表情重新来）</w:t>
      </w:r>
    </w:p>
    <w:p>
      <w:r>
        <w:rPr>
          <w:b w:val="0"/>
          <w:sz w:val="22"/>
        </w:rPr>
        <w:t>“要是老天爷再给俺一次机会，俺想跟那个闺女说仁字——俺稀罕你。要是非给感情加个日子，俺希望是——一万年！怎么样？这句拿捏了吧？”</w:t>
      </w:r>
    </w:p>
    <w:p/>
    <w:p>
      <w:r>
        <w:rPr>
          <w:b w:val="0"/>
          <w:color w:val="4472C4"/>
          <w:sz w:val="22"/>
        </w:rPr>
        <w:t>时长：20-30秒 | 看点：认真到一半被自己帅到→笑场→调整→最后还要问“拿捏了没”</w:t>
      </w:r>
    </w:p>
    <w:p/>
    <w:p>
      <w:r>
        <w:rPr>
          <w:color w:val="CCCCCC"/>
        </w:rPr>
        <w:t>━━━━━━━━━━━━━━━━━━━━━━━━━━━━━━━━━━━━━━━━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